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שורש אחד יוצר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רקדן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(רקדנית)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אוכל, מאכל, אכלתי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שיש לפחות שתי מילים מאותו שורש במשפטים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תלמיד, לומד, מלמד - כל תשובה נכונה עם שורש 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עם שורש ושתי מילים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שורשים מוכרים מהקלפים או מהמשחק לוח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לרוב מילים שלוש אותיות שורש. מהשורש אפשר לבנות הרבה מילים שקשורות במשמעות שלהן - זאת 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רקדן  ·  שומר  ·  תלמיד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תבמ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'תלמיד'?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השורש של המילה 'רקדן'?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'כותב' ו'מכתב'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'רקדן' ו'שומר'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שלומד בבית הספר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ששומר על הבית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 שרוקד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רקדנית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מהשורש אכל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קצרים שבהם יש מילים מאותה משפחת מילים (למשל משפחת כתב)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מהשורש למד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