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אותיות השורש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מילים חדשות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שורש אחד יוצר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רקד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נגן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לשתיהן אותו שורש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להן שורשים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רוב המילים בעברית בנויות משורש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לשתיהן השורש 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לבנות הרבה מילים מכל 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רקדן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שאלון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כותב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שורש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(תלמיד)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(רקדנית)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(מנגינה)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בניית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אוכל, מאכל, אכלתי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משחק, שחקן, ששחקת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חופשית, לבדוק התאמה לשורש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שיש לפחות שתי מילים מאותו שורש במשפטים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הוא שלוש אותיות שחוזרות במילים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תלמיד, לומד, מלמד - כל תשובה נכונה עם שורש 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עם שורש ושתי מילים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בזיהוי שורשים מוכרים מהקלפים או מהמשחק לוח שבדף המקור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לפני הכתיבה, במיוחד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בזיהוי בסיסי של השורש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במילה יש אותיות שורש. מהשורש אפשר לבנות עוד מילים דומות. זה נקרא משפחת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שחוזרות בכל מילה מאותה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המילים שיש להן 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של כתיבה - כותב, מכתב, כתובת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של לימוד - תלמיד, מלמד, לומד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רקד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של ריקוד - רקדן, מרקדת, ריקוד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של שאלה - שואל, שאלון, נשאל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של שמירה - שומר, משמר, נשמר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של נגינה - נגן, מנגינה, מנגן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שלוש אותיות חוזרות במילה 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תבמ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השורש של המילה 'תלמיד'?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השורש של המילה 'רקדן'?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דןר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השורש של המילה 'שאלון'?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השורש של המילה 'שומר'?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השורש של המילה 'מנגינה'?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ננג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'כותב' ו'מכתב' שייכות לאותה משפחת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'רקדן' ו'שומר' שייכות לאותה משפחת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מילה בעברית יש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'תלמיד' והמילה 'לומד' שייכות לאותה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לבנות רק מילה אחת מכל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מהשורש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ילד שלומד בבית הספר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ששומר על הבית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שרוקד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 שמנגן בכלי נגינה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דף עם שאלות רבות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מי שכותב מכתבים הרבה הוא __________ טוב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שורש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רקדנית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רקד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מנגינה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תלמיד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בניית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מהשורש אכל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מילים מהשורש שחק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שורש מהדף וכתבו שתי מילים נוספות ממנו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קצרים שבהם יש מילים מאותה משפחת מילים (למשל משפחת כתב)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מהשורש למד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למשפחת מילים אחת מהדף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משפחות מילים ושורשים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