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שורש אחד יוצר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נגן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אותו שורש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המילים בעברית בנויות משורש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לשתיהן השורש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לבנות הרבה מילים מכל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(רקדנית)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(מנגינה)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אוכל, מאכל, אכלתי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משחק, שחקן, ששחקת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לבדוק התאמה לשורש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לפחות שתי מילים מאותו שורש במשפטים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תלמיד, לומד, מלמד - כל תשובה נכונה עם שורש 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שורש ושתי מילים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שורשים מוכרים מהקלפים או מהמשחק לוח שבדף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של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לרוב מילים שלוש אותיות שורש. מהשורש אפשר לבנות הרבה מילים שקשורות במשמעות שלהן - זאת משפחת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'מכתב'?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'רקדן'?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דןר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'שאלון'?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'שומר'?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'מנגינה'?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ננג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'כותב' ו'מכתב'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'רקדן' ו'שומר'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מילה בעברית יש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'תלמיד' והמילה 'לומד'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רק מילה אחת מכל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שלומד בבית הספר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ששומר על הבית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שרוקד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שמנגן בכלי נגינה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דף עם שאלות 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שכותב מכתבים הרבה הוא __________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רקדנית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מנגינה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מהשורש אכל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מהשורש 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שורש מהדף וכתבו שתי מילים נוספות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שבהם יש מילים מאותה משפחת מילים (למשל משפחת כתב)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למד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